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Site diary</w:t>
      </w:r>
    </w:p>
    <w:p>
      <w:pPr>
        <w:spacing w:after="160"/>
      </w:pPr>
      <w:r>
        <w:rPr>
          <w:b/>
          <w:color w:val="AF4F6E"/>
        </w:rPr>
        <w:t xml:space="preserve">✓  </w:t>
      </w:r>
      <w:r>
        <w:rPr>
          <w:b/>
          <w:color w:val="263D2E"/>
          <w:sz w:val="19"/>
        </w:rPr>
        <w:t>Fill it in on the day, and sign it before you leave site.</w:t>
      </w:r>
    </w:p>
    <w:tbl>
      <w:tblPr>
        <w:tblW w:type="dxa" w:w="10090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119"/>
        <w:gridCol w:w="2926"/>
        <w:gridCol w:w="2119"/>
        <w:gridCol w:w="2926"/>
      </w:tblGrid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Project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Site address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Completed by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Weather, morning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Weather, afternoon</w:t>
            </w:r>
          </w:p>
        </w:tc>
        <w:tc>
          <w:tcPr>
            <w:tcW w:type="dxa" w:w="2926"/>
          </w:tcPr>
          <w:p/>
        </w:tc>
      </w:tr>
      <w:tr>
        <w:trPr>
          <w:trHeight w:val="482" w:hRule="atLeast"/>
        </w:trPr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Site hours</w:t>
            </w:r>
          </w:p>
        </w:tc>
        <w:tc>
          <w:tcPr>
            <w:tcW w:type="dxa" w:w="2926"/>
          </w:tcPr>
          <w:p/>
        </w:tc>
        <w:tc>
          <w:tcPr>
            <w:tcW w:type="dxa" w:w="2119"/>
            <w:shd w:val="clear" w:color="auto" w:fill="F3F8F4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Page</w:t>
            </w:r>
          </w:p>
        </w:tc>
        <w:tc>
          <w:tcPr>
            <w:tcW w:type="dxa" w:w="2926"/>
          </w:tcPr>
          <w:p/>
        </w:tc>
      </w:tr>
    </w:tbl>
    <w:p>
      <w:pPr>
        <w:pStyle w:val="Heading2"/>
      </w:pPr>
      <w:r>
        <w:t>1. Labour on site</w:t>
      </w:r>
    </w:p>
    <w:p>
      <w:pPr>
        <w:spacing w:after="60"/>
      </w:pPr>
      <w:r>
        <w:rPr>
          <w:i/>
          <w:color w:val="4A7A58"/>
          <w:sz w:val="18"/>
        </w:rPr>
        <w:t>Every company on site today, the trade and how many people.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027"/>
        <w:gridCol w:w="2220"/>
        <w:gridCol w:w="1211"/>
        <w:gridCol w:w="3633"/>
      </w:tblGrid>
      <w:tr>
        <w:trPr>
          <w:tblHeader w:val="true"/>
        </w:trPr>
        <w:tc>
          <w:tcPr>
            <w:tcW w:type="dxa" w:w="302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Company</w:t>
            </w:r>
          </w:p>
        </w:tc>
        <w:tc>
          <w:tcPr>
            <w:tcW w:type="dxa" w:w="2220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Trade</w:t>
            </w:r>
          </w:p>
        </w:tc>
        <w:tc>
          <w:tcPr>
            <w:tcW w:type="dxa" w:w="121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Number</w:t>
            </w:r>
          </w:p>
        </w:tc>
        <w:tc>
          <w:tcPr>
            <w:tcW w:type="dxa" w:w="363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Working on</w:t>
            </w:r>
          </w:p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220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220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220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220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220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2220"/>
          </w:tcPr>
          <w:p/>
        </w:tc>
        <w:tc>
          <w:tcPr>
            <w:tcW w:type="dxa" w:w="1211"/>
          </w:tcPr>
          <w:p/>
        </w:tc>
        <w:tc>
          <w:tcPr>
            <w:tcW w:type="dxa" w:w="3633"/>
          </w:tcPr>
          <w:p/>
        </w:tc>
      </w:tr>
    </w:tbl>
    <w:p>
      <w:pPr>
        <w:pStyle w:val="Heading2"/>
      </w:pPr>
      <w:r>
        <w:t>2. Work done today</w:t>
      </w:r>
    </w:p>
    <w:p>
      <w:pPr>
        <w:spacing w:after="60"/>
      </w:pPr>
      <w:r>
        <w:rPr>
          <w:i/>
          <w:color w:val="4A7A58"/>
          <w:sz w:val="18"/>
        </w:rPr>
        <w:t>By area or level. Say what was finished, not just what was worked on.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422"/>
        <w:gridCol w:w="6055"/>
        <w:gridCol w:w="1615"/>
      </w:tblGrid>
      <w:tr>
        <w:trPr>
          <w:tblHeader w:val="true"/>
        </w:trPr>
        <w:tc>
          <w:tcPr>
            <w:tcW w:type="dxa" w:w="242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Area or level</w:t>
            </w:r>
          </w:p>
        </w:tc>
        <w:tc>
          <w:tcPr>
            <w:tcW w:type="dxa" w:w="605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Work done</w:t>
            </w:r>
          </w:p>
        </w:tc>
        <w:tc>
          <w:tcPr>
            <w:tcW w:type="dxa" w:w="161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Finished?</w:t>
            </w:r>
          </w:p>
        </w:tc>
      </w:tr>
      <w:tr>
        <w:trPr>
          <w:trHeight w:val="454" w:hRule="atLeast"/>
        </w:trPr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1615"/>
          </w:tcPr>
          <w:p/>
        </w:tc>
      </w:tr>
      <w:tr>
        <w:trPr>
          <w:trHeight w:val="454" w:hRule="atLeast"/>
        </w:trPr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1615"/>
          </w:tcPr>
          <w:p/>
        </w:tc>
      </w:tr>
      <w:tr>
        <w:trPr>
          <w:trHeight w:val="454" w:hRule="atLeast"/>
        </w:trPr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1615"/>
          </w:tcPr>
          <w:p/>
        </w:tc>
      </w:tr>
      <w:tr>
        <w:trPr>
          <w:trHeight w:val="454" w:hRule="atLeast"/>
        </w:trPr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1615"/>
          </w:tcPr>
          <w:p/>
        </w:tc>
      </w:tr>
      <w:tr>
        <w:trPr>
          <w:trHeight w:val="454" w:hRule="atLeast"/>
        </w:trPr>
        <w:tc>
          <w:tcPr>
            <w:tcW w:type="dxa" w:w="2422"/>
          </w:tcPr>
          <w:p/>
        </w:tc>
        <w:tc>
          <w:tcPr>
            <w:tcW w:type="dxa" w:w="6055"/>
          </w:tcPr>
          <w:p/>
        </w:tc>
        <w:tc>
          <w:tcPr>
            <w:tcW w:type="dxa" w:w="1615"/>
          </w:tcPr>
          <w:p/>
        </w:tc>
      </w:tr>
    </w:tbl>
    <w:p>
      <w:pPr>
        <w:pStyle w:val="Heading2"/>
      </w:pPr>
      <w:r>
        <w:t>3. Plant and deliveries</w:t>
      </w:r>
    </w:p>
    <w:p>
      <w:pPr>
        <w:spacing w:after="60"/>
      </w:pPr>
      <w:r>
        <w:rPr>
          <w:i/>
          <w:color w:val="4A7A58"/>
          <w:sz w:val="18"/>
        </w:rPr>
        <w:t>Plant on site and what arrived. Note anything short, late or damaged.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633"/>
        <w:gridCol w:w="2624"/>
        <w:gridCol w:w="3835"/>
      </w:tblGrid>
      <w:tr>
        <w:trPr>
          <w:tblHeader w:val="true"/>
        </w:trPr>
        <w:tc>
          <w:tcPr>
            <w:tcW w:type="dxa" w:w="363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Plant or delivery</w:t>
            </w:r>
          </w:p>
        </w:tc>
        <w:tc>
          <w:tcPr>
            <w:tcW w:type="dxa" w:w="262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Supplier</w:t>
            </w:r>
          </w:p>
        </w:tc>
        <w:tc>
          <w:tcPr>
            <w:tcW w:type="dxa" w:w="3835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Note</w:t>
            </w:r>
          </w:p>
        </w:tc>
      </w:tr>
      <w:tr>
        <w:trPr>
          <w:trHeight w:val="454" w:hRule="atLeast"/>
        </w:trPr>
        <w:tc>
          <w:tcPr>
            <w:tcW w:type="dxa" w:w="3633"/>
          </w:tcPr>
          <w:p/>
        </w:tc>
        <w:tc>
          <w:tcPr>
            <w:tcW w:type="dxa" w:w="2624"/>
          </w:tcPr>
          <w:p/>
        </w:tc>
        <w:tc>
          <w:tcPr>
            <w:tcW w:type="dxa" w:w="3835"/>
          </w:tcPr>
          <w:p/>
        </w:tc>
      </w:tr>
      <w:tr>
        <w:trPr>
          <w:trHeight w:val="454" w:hRule="atLeast"/>
        </w:trPr>
        <w:tc>
          <w:tcPr>
            <w:tcW w:type="dxa" w:w="3633"/>
          </w:tcPr>
          <w:p/>
        </w:tc>
        <w:tc>
          <w:tcPr>
            <w:tcW w:type="dxa" w:w="2624"/>
          </w:tcPr>
          <w:p/>
        </w:tc>
        <w:tc>
          <w:tcPr>
            <w:tcW w:type="dxa" w:w="3835"/>
          </w:tcPr>
          <w:p/>
        </w:tc>
      </w:tr>
      <w:tr>
        <w:trPr>
          <w:trHeight w:val="454" w:hRule="atLeast"/>
        </w:trPr>
        <w:tc>
          <w:tcPr>
            <w:tcW w:type="dxa" w:w="3633"/>
          </w:tcPr>
          <w:p/>
        </w:tc>
        <w:tc>
          <w:tcPr>
            <w:tcW w:type="dxa" w:w="2624"/>
          </w:tcPr>
          <w:p/>
        </w:tc>
        <w:tc>
          <w:tcPr>
            <w:tcW w:type="dxa" w:w="3835"/>
          </w:tcPr>
          <w:p/>
        </w:tc>
      </w:tr>
      <w:tr>
        <w:trPr>
          <w:trHeight w:val="454" w:hRule="atLeast"/>
        </w:trPr>
        <w:tc>
          <w:tcPr>
            <w:tcW w:type="dxa" w:w="3633"/>
          </w:tcPr>
          <w:p/>
        </w:tc>
        <w:tc>
          <w:tcPr>
            <w:tcW w:type="dxa" w:w="2624"/>
          </w:tcPr>
          <w:p/>
        </w:tc>
        <w:tc>
          <w:tcPr>
            <w:tcW w:type="dxa" w:w="3835"/>
          </w:tcPr>
          <w:p/>
        </w:tc>
      </w:tr>
    </w:tbl>
    <w:p>
      <w:pPr>
        <w:pStyle w:val="Heading2"/>
      </w:pPr>
      <w:r>
        <w:t>4. Visitors and inspections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027"/>
        <w:gridCol w:w="3027"/>
        <w:gridCol w:w="4037"/>
      </w:tblGrid>
      <w:tr>
        <w:trPr>
          <w:tblHeader w:val="true"/>
        </w:trPr>
        <w:tc>
          <w:tcPr>
            <w:tcW w:type="dxa" w:w="302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302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Company</w:t>
            </w:r>
          </w:p>
        </w:tc>
        <w:tc>
          <w:tcPr>
            <w:tcW w:type="dxa" w:w="40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Reason for visit</w:t>
            </w:r>
          </w:p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3027"/>
          </w:tcPr>
          <w:p/>
        </w:tc>
        <w:tc>
          <w:tcPr>
            <w:tcW w:type="dxa" w:w="4037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3027"/>
          </w:tcPr>
          <w:p/>
        </w:tc>
        <w:tc>
          <w:tcPr>
            <w:tcW w:type="dxa" w:w="4037"/>
          </w:tcPr>
          <w:p/>
        </w:tc>
      </w:tr>
      <w:tr>
        <w:trPr>
          <w:trHeight w:val="454" w:hRule="atLeast"/>
        </w:trPr>
        <w:tc>
          <w:tcPr>
            <w:tcW w:type="dxa" w:w="3027"/>
          </w:tcPr>
          <w:p/>
        </w:tc>
        <w:tc>
          <w:tcPr>
            <w:tcW w:type="dxa" w:w="3027"/>
          </w:tcPr>
          <w:p/>
        </w:tc>
        <w:tc>
          <w:tcPr>
            <w:tcW w:type="dxa" w:w="4037"/>
          </w:tcPr>
          <w:p/>
        </w:tc>
      </w:tr>
    </w:tbl>
    <w:p>
      <w:pPr>
        <w:pStyle w:val="Heading2"/>
      </w:pPr>
      <w:r>
        <w:t>5. Instructions received</w:t>
      </w:r>
    </w:p>
    <w:p>
      <w:pPr>
        <w:spacing w:after="60"/>
      </w:pPr>
      <w:r>
        <w:rPr>
          <w:i/>
          <w:color w:val="4A7A58"/>
          <w:sz w:val="18"/>
        </w:rPr>
        <w:t>Any instruction from the client, designer or main contractor, and who gave it. Confirm spoken instructions in writing.</w:t>
      </w:r>
    </w:p>
    <w:tbl>
      <w:tblPr>
        <w:tblW w:type="dxa" w:w="10091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2624"/>
        <w:gridCol w:w="5651"/>
        <w:gridCol w:w="1816"/>
      </w:tblGrid>
      <w:tr>
        <w:trPr>
          <w:tblHeader w:val="true"/>
        </w:trPr>
        <w:tc>
          <w:tcPr>
            <w:tcW w:type="dxa" w:w="262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From</w:t>
            </w:r>
          </w:p>
        </w:tc>
        <w:tc>
          <w:tcPr>
            <w:tcW w:type="dxa" w:w="5651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Instruction</w:t>
            </w:r>
          </w:p>
        </w:tc>
        <w:tc>
          <w:tcPr>
            <w:tcW w:type="dxa" w:w="1816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Reference</w:t>
            </w:r>
          </w:p>
        </w:tc>
      </w:tr>
      <w:tr>
        <w:trPr>
          <w:trHeight w:val="454" w:hRule="atLeast"/>
        </w:trPr>
        <w:tc>
          <w:tcPr>
            <w:tcW w:type="dxa" w:w="2624"/>
          </w:tcPr>
          <w:p/>
        </w:tc>
        <w:tc>
          <w:tcPr>
            <w:tcW w:type="dxa" w:w="5651"/>
          </w:tcPr>
          <w:p/>
        </w:tc>
        <w:tc>
          <w:tcPr>
            <w:tcW w:type="dxa" w:w="1816"/>
          </w:tcPr>
          <w:p/>
        </w:tc>
      </w:tr>
      <w:tr>
        <w:trPr>
          <w:trHeight w:val="454" w:hRule="atLeast"/>
        </w:trPr>
        <w:tc>
          <w:tcPr>
            <w:tcW w:type="dxa" w:w="2624"/>
          </w:tcPr>
          <w:p/>
        </w:tc>
        <w:tc>
          <w:tcPr>
            <w:tcW w:type="dxa" w:w="5651"/>
          </w:tcPr>
          <w:p/>
        </w:tc>
        <w:tc>
          <w:tcPr>
            <w:tcW w:type="dxa" w:w="1816"/>
          </w:tcPr>
          <w:p/>
        </w:tc>
      </w:tr>
      <w:tr>
        <w:trPr>
          <w:trHeight w:val="454" w:hRule="atLeast"/>
        </w:trPr>
        <w:tc>
          <w:tcPr>
            <w:tcW w:type="dxa" w:w="2624"/>
          </w:tcPr>
          <w:p/>
        </w:tc>
        <w:tc>
          <w:tcPr>
            <w:tcW w:type="dxa" w:w="5651"/>
          </w:tcPr>
          <w:p/>
        </w:tc>
        <w:tc>
          <w:tcPr>
            <w:tcW w:type="dxa" w:w="1816"/>
          </w:tcPr>
          <w:p/>
        </w:tc>
      </w:tr>
    </w:tbl>
    <w:p>
      <w:pPr>
        <w:pStyle w:val="Heading2"/>
      </w:pPr>
      <w:r>
        <w:t>6. Delays and problems</w:t>
      </w:r>
    </w:p>
    <w:p>
      <w:pPr>
        <w:spacing w:after="60"/>
      </w:pPr>
      <w:r>
        <w:rPr>
          <w:i/>
          <w:color w:val="4A7A58"/>
          <w:sz w:val="18"/>
        </w:rPr>
        <w:t>What happened, when, and what it held up. Note the hours lost.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4642"/>
        <w:gridCol w:w="4037"/>
        <w:gridCol w:w="1413"/>
      </w:tblGrid>
      <w:tr>
        <w:trPr>
          <w:tblHeader w:val="true"/>
        </w:trPr>
        <w:tc>
          <w:tcPr>
            <w:tcW w:type="dxa" w:w="4642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What happened</w:t>
            </w:r>
          </w:p>
        </w:tc>
        <w:tc>
          <w:tcPr>
            <w:tcW w:type="dxa" w:w="4037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Work affected</w:t>
            </w:r>
          </w:p>
        </w:tc>
        <w:tc>
          <w:tcPr>
            <w:tcW w:type="dxa" w:w="1413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Hours lost</w:t>
            </w:r>
          </w:p>
        </w:tc>
      </w:tr>
      <w:tr>
        <w:trPr>
          <w:trHeight w:val="454" w:hRule="atLeast"/>
        </w:trPr>
        <w:tc>
          <w:tcPr>
            <w:tcW w:type="dxa" w:w="4642"/>
          </w:tcPr>
          <w:p/>
        </w:tc>
        <w:tc>
          <w:tcPr>
            <w:tcW w:type="dxa" w:w="4037"/>
          </w:tcPr>
          <w:p/>
        </w:tc>
        <w:tc>
          <w:tcPr>
            <w:tcW w:type="dxa" w:w="1413"/>
          </w:tcPr>
          <w:p/>
        </w:tc>
      </w:tr>
      <w:tr>
        <w:trPr>
          <w:trHeight w:val="454" w:hRule="atLeast"/>
        </w:trPr>
        <w:tc>
          <w:tcPr>
            <w:tcW w:type="dxa" w:w="4642"/>
          </w:tcPr>
          <w:p/>
        </w:tc>
        <w:tc>
          <w:tcPr>
            <w:tcW w:type="dxa" w:w="4037"/>
          </w:tcPr>
          <w:p/>
        </w:tc>
        <w:tc>
          <w:tcPr>
            <w:tcW w:type="dxa" w:w="1413"/>
          </w:tcPr>
          <w:p/>
        </w:tc>
      </w:tr>
      <w:tr>
        <w:trPr>
          <w:trHeight w:val="454" w:hRule="atLeast"/>
        </w:trPr>
        <w:tc>
          <w:tcPr>
            <w:tcW w:type="dxa" w:w="4642"/>
          </w:tcPr>
          <w:p/>
        </w:tc>
        <w:tc>
          <w:tcPr>
            <w:tcW w:type="dxa" w:w="4037"/>
          </w:tcPr>
          <w:p/>
        </w:tc>
        <w:tc>
          <w:tcPr>
            <w:tcW w:type="dxa" w:w="1413"/>
          </w:tcPr>
          <w:p/>
        </w:tc>
      </w:tr>
    </w:tbl>
    <w:p>
      <w:pPr>
        <w:pStyle w:val="Heading2"/>
      </w:pPr>
      <w:r>
        <w:t>7. Health and safety</w:t>
      </w:r>
    </w:p>
    <w:p>
      <w:pPr>
        <w:spacing w:after="60"/>
      </w:pPr>
      <w:r>
        <w:rPr>
          <w:i/>
          <w:color w:val="4A7A58"/>
          <w:sz w:val="18"/>
        </w:rPr>
        <w:t>Accidents, near misses, toolbox talks held, and any work you stopped.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907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8. Photos taken</w:t>
      </w:r>
    </w:p>
    <w:p>
      <w:pPr>
        <w:spacing w:after="60"/>
      </w:pPr>
      <w:r>
        <w:rPr>
          <w:i/>
          <w:color w:val="4A7A58"/>
          <w:sz w:val="18"/>
        </w:rPr>
        <w:t>Photo numbers and what they show, so you can find them later.</w:t>
      </w:r>
    </w:p>
    <w:tbl>
      <w:tblPr>
        <w:tblW w:type="dxa" w:w="10091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680" w:hRule="atLeast"/>
        </w:trPr>
        <w:tc>
          <w:tcPr>
            <w:tcW w:type="dxa" w:w="10091"/>
          </w:tcPr>
          <w:p/>
        </w:tc>
      </w:tr>
    </w:tbl>
    <w:p>
      <w:pPr>
        <w:pStyle w:val="Heading2"/>
      </w:pPr>
      <w:r>
        <w:t>Signed</w:t>
      </w:r>
    </w:p>
    <w:tbl>
      <w:tblPr>
        <w:tblW w:type="dxa" w:w="10092"/>
        <w:jc w:val="left"/>
        <w:tblBorders>
          <w:top w:val="single" w:sz="4" w:space="0" w:color="92BC9B"/>
          <w:left w:val="single" w:sz="4" w:space="0" w:color="92BC9B"/>
          <w:bottom w:val="single" w:sz="4" w:space="0" w:color="92BC9B"/>
          <w:right w:val="single" w:sz="4" w:space="0" w:color="92BC9B"/>
          <w:insideH w:val="single" w:sz="4" w:space="0" w:color="92BC9B"/>
          <w:insideV w:val="single" w:sz="4" w:space="0" w:color="92BC9B"/>
        </w:tblBorders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36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Name</w:t>
            </w:r>
          </w:p>
        </w:tc>
        <w:tc>
          <w:tcPr>
            <w:tcW w:type="dxa" w:w="336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Signature</w:t>
            </w:r>
          </w:p>
        </w:tc>
        <w:tc>
          <w:tcPr>
            <w:tcW w:type="dxa" w:w="3364"/>
            <w:shd w:val="clear" w:color="auto" w:fill="E0EEE2"/>
          </w:tcPr>
          <w:p>
            <w:pPr>
              <w:spacing w:after="0"/>
            </w:pPr>
            <w:r>
              <w:rPr>
                <w:b/>
                <w:i w:val="0"/>
                <w:color w:val="263D2E"/>
                <w:sz w:val="17"/>
              </w:rPr>
              <w:t>Date</w:t>
            </w:r>
          </w:p>
        </w:tc>
      </w:tr>
      <w:tr>
        <w:trPr>
          <w:trHeight w:val="624" w:hRule="atLeast"/>
        </w:trPr>
        <w:tc>
          <w:tcPr>
            <w:tcW w:type="dxa" w:w="3364"/>
          </w:tcPr>
          <w:p/>
        </w:tc>
        <w:tc>
          <w:tcPr>
            <w:tcW w:type="dxa" w:w="3364"/>
          </w:tcPr>
          <w:p/>
        </w:tc>
        <w:tc>
          <w:tcPr>
            <w:tcW w:type="dxa" w:w="3364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7A58"/>
        <w:sz w:val="15"/>
      </w:rPr>
      <w:t xml:space="preserve">Site diary  ·  Site Clerk free template  ·  Page </w:t>
    </w:r>
    <w:fldSimple w:instr="PAGE">
      <w:r>
        <w:rPr>
          <w:sz w:val="15"/>
        </w:rPr>
        <w:t>1</w:t>
      </w:r>
    </w:fldSimple>
    <w:r>
      <w:rPr>
        <w:color w:val="4A7A58"/>
        <w:sz w:val="15"/>
      </w:rPr>
      <w:t xml:space="preserve"> of </w:t>
    </w:r>
    <w:fldSimple w:instr="NUMPAGES">
      <w:r>
        <w:rPr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4" w:lineRule="auto"/>
    </w:pPr>
    <w:rPr>
      <w:rFonts w:ascii="Arial" w:hAnsi="Arial" w:eastAsia="Arial" w:cs="Arial"/>
      <w:color w:val="1F2A2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Arial" w:hAnsi="Arial" w:eastAsia="Arial" w:cs="Arial"/>
      <w:b/>
      <w:bCs/>
      <w:color w:val="263D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20"/>
      <w:outlineLvl w:val="1"/>
    </w:pPr>
    <w:rPr>
      <w:rFonts w:ascii="Arial" w:hAnsi="Arial" w:eastAsia="Arial" w:cs="Arial"/>
      <w:b/>
      <w:bCs/>
      <w:color w:val="263D2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="Arial" w:hAnsi="Arial" w:eastAsia="Arial" w:cs="Arial"/>
      <w:b w:val="0"/>
      <w:color w:val="263D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color w:val="1F2A23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diary</dc:title>
  <dc:subject/>
  <dc:creator>Site Clerk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